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96F6" w14:textId="77777777" w:rsidR="002F4344" w:rsidRPr="00743F4B" w:rsidRDefault="00000000">
      <w:pPr>
        <w:pStyle w:val="Heading1"/>
        <w:rPr>
          <w:color w:val="auto"/>
        </w:rPr>
      </w:pPr>
      <w:r w:rsidRPr="00743F4B">
        <w:rPr>
          <w:color w:val="auto"/>
        </w:rPr>
        <w:t>OBRAZAC ZA ODUSTANAK OD UGOVORA ZAKLJUČENOG NA DALJINU</w:t>
      </w:r>
    </w:p>
    <w:p w14:paraId="56910447" w14:textId="1C857014" w:rsidR="002F4344" w:rsidRDefault="00000000">
      <w:r>
        <w:rPr>
          <w:b/>
        </w:rPr>
        <w:t>Popunjava trgovac</w:t>
      </w:r>
      <w:r>
        <w:rPr>
          <w:b/>
        </w:rPr>
        <w:br/>
      </w:r>
      <w:r>
        <w:t>Naziv: UNITECH LOG d.o.o.</w:t>
      </w:r>
      <w:r>
        <w:br/>
        <w:t>Adresa: Ul. Vasa Raičkovića br. 46, 81000 Podgorica, Crna Gora</w:t>
      </w:r>
      <w:r>
        <w:br/>
        <w:t>Telefon: +382 68 988 888</w:t>
      </w:r>
      <w:r>
        <w:br/>
        <w:t>E-mail: unitechlogradnja1.mne@gmail.com</w:t>
      </w:r>
      <w:r>
        <w:br/>
        <w:t>Web: www.unitech</w:t>
      </w:r>
      <w:r w:rsidR="005C170F">
        <w:t>log</w:t>
      </w:r>
      <w:r>
        <w:t>.me</w:t>
      </w:r>
    </w:p>
    <w:p w14:paraId="145DF861" w14:textId="77777777" w:rsidR="002F4344" w:rsidRDefault="002F4344"/>
    <w:p w14:paraId="740E6844" w14:textId="77777777" w:rsidR="002F4344" w:rsidRDefault="00000000">
      <w:r>
        <w:rPr>
          <w:b/>
        </w:rPr>
        <w:t>Popunjava potrošač</w:t>
      </w:r>
      <w:r>
        <w:rPr>
          <w:b/>
        </w:rPr>
        <w:br/>
      </w:r>
    </w:p>
    <w:p w14:paraId="67C30065" w14:textId="77777777" w:rsidR="002F4344" w:rsidRDefault="00000000">
      <w:r>
        <w:t>Ovim obavještavam da odustajem od ugovora o kupovini sljedeće robe/usluge:</w:t>
      </w:r>
    </w:p>
    <w:p w14:paraId="3EF32119" w14:textId="156EB381" w:rsidR="002F4344" w:rsidRDefault="00000000">
      <w:r>
        <w:t>__________________________________________________________</w:t>
      </w:r>
      <w:r w:rsidR="00743F4B">
        <w:t>________________________________________________________________________________________________________________________________________________________</w:t>
      </w:r>
    </w:p>
    <w:p w14:paraId="10497FF8" w14:textId="77777777" w:rsidR="002F4344" w:rsidRDefault="00000000">
      <w:r>
        <w:t>Broj narudžbine / računa: _________________________________</w:t>
      </w:r>
    </w:p>
    <w:p w14:paraId="6EBF164C" w14:textId="77777777" w:rsidR="002F4344" w:rsidRDefault="00000000">
      <w:r>
        <w:t>Datum zaključenja ugovora: ________________________________</w:t>
      </w:r>
    </w:p>
    <w:p w14:paraId="33C74D35" w14:textId="77777777" w:rsidR="002F4344" w:rsidRDefault="00000000">
      <w:r>
        <w:t>Datum prijema robe: ______________________________________</w:t>
      </w:r>
    </w:p>
    <w:p w14:paraId="7FE9BDCC" w14:textId="77777777" w:rsidR="002F4344" w:rsidRDefault="00000000">
      <w:r>
        <w:t>Razlog odustanka (nije obavezno):</w:t>
      </w:r>
    </w:p>
    <w:p w14:paraId="45232941" w14:textId="2524F1E7" w:rsidR="002F4344" w:rsidRDefault="00000000">
      <w:r>
        <w:t>__________________________________________________________</w:t>
      </w:r>
      <w:r w:rsidR="00743F4B">
        <w:t>_______________________________________________</w:t>
      </w:r>
    </w:p>
    <w:p w14:paraId="70F27D0D" w14:textId="4FDFE8B6" w:rsidR="002F4344" w:rsidRDefault="00000000">
      <w:r>
        <w:t>__________________________________________________________</w:t>
      </w:r>
      <w:r w:rsidR="00743F4B">
        <w:t>_______________________________________________</w:t>
      </w:r>
    </w:p>
    <w:p w14:paraId="21B43EC8" w14:textId="77777777" w:rsidR="002F4344" w:rsidRDefault="00000000">
      <w:r>
        <w:t>Ime i prezime potrošača: _________________________________</w:t>
      </w:r>
    </w:p>
    <w:p w14:paraId="1AD9373B" w14:textId="77777777" w:rsidR="002F4344" w:rsidRDefault="00000000">
      <w:r>
        <w:t>Adresa potrošača: ________________________________________</w:t>
      </w:r>
    </w:p>
    <w:p w14:paraId="1A288B3B" w14:textId="77777777" w:rsidR="002F4344" w:rsidRDefault="00000000">
      <w:r>
        <w:t>Telefon: ________________________________________________</w:t>
      </w:r>
    </w:p>
    <w:p w14:paraId="20722423" w14:textId="77777777" w:rsidR="002F4344" w:rsidRDefault="00000000">
      <w:r>
        <w:t>E-mail: _________________________________________________</w:t>
      </w:r>
    </w:p>
    <w:p w14:paraId="55E1140D" w14:textId="77777777" w:rsidR="002F4344" w:rsidRDefault="00000000">
      <w:r>
        <w:t>Broj transakcionog računa za povraćaj sredstava (ako je primjenjivo):</w:t>
      </w:r>
    </w:p>
    <w:p w14:paraId="36CB1F8C" w14:textId="5B004BDE" w:rsidR="002F4344" w:rsidRDefault="00000000">
      <w:r>
        <w:t>__________________________________________________________</w:t>
      </w:r>
      <w:r w:rsidR="00743F4B">
        <w:t>_____________________</w:t>
      </w:r>
    </w:p>
    <w:p w14:paraId="29861C1F" w14:textId="77777777" w:rsidR="002F4344" w:rsidRDefault="002F4344"/>
    <w:p w14:paraId="18F19812" w14:textId="77777777" w:rsidR="002F4344" w:rsidRDefault="00000000">
      <w:r>
        <w:t>Potpis potrošača (ako se dostavlja u papirnoj formi):</w:t>
      </w:r>
    </w:p>
    <w:p w14:paraId="0763B6F8" w14:textId="4A7A8830" w:rsidR="002F4344" w:rsidRDefault="00000000">
      <w:r>
        <w:t>__________________________</w:t>
      </w:r>
      <w:r w:rsidR="00743F4B">
        <w:t>____</w:t>
      </w:r>
    </w:p>
    <w:p w14:paraId="176F0610" w14:textId="77777777" w:rsidR="002F4344" w:rsidRDefault="00000000">
      <w:r>
        <w:lastRenderedPageBreak/>
        <w:t>Datum: __________________</w:t>
      </w:r>
    </w:p>
    <w:p w14:paraId="19484F9C" w14:textId="77777777" w:rsidR="002F4344" w:rsidRDefault="00000000">
      <w:r>
        <w:t>Napomena: Obrazac se dostavlja elektronskom poštom ili poštom u roku propisanom Zakonom o zaštiti potrošača Crne Gore.</w:t>
      </w:r>
    </w:p>
    <w:sectPr w:rsidR="002F43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193133">
    <w:abstractNumId w:val="8"/>
  </w:num>
  <w:num w:numId="2" w16cid:durableId="774444203">
    <w:abstractNumId w:val="6"/>
  </w:num>
  <w:num w:numId="3" w16cid:durableId="261570289">
    <w:abstractNumId w:val="5"/>
  </w:num>
  <w:num w:numId="4" w16cid:durableId="2105689188">
    <w:abstractNumId w:val="4"/>
  </w:num>
  <w:num w:numId="5" w16cid:durableId="1185484975">
    <w:abstractNumId w:val="7"/>
  </w:num>
  <w:num w:numId="6" w16cid:durableId="87191134">
    <w:abstractNumId w:val="3"/>
  </w:num>
  <w:num w:numId="7" w16cid:durableId="1423603158">
    <w:abstractNumId w:val="2"/>
  </w:num>
  <w:num w:numId="8" w16cid:durableId="494414284">
    <w:abstractNumId w:val="1"/>
  </w:num>
  <w:num w:numId="9" w16cid:durableId="201013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288"/>
    <w:rsid w:val="0015074B"/>
    <w:rsid w:val="0029639D"/>
    <w:rsid w:val="002F4344"/>
    <w:rsid w:val="00326F90"/>
    <w:rsid w:val="005C170F"/>
    <w:rsid w:val="00743F4B"/>
    <w:rsid w:val="00AA1D8D"/>
    <w:rsid w:val="00AF3A43"/>
    <w:rsid w:val="00B47730"/>
    <w:rsid w:val="00CB0664"/>
    <w:rsid w:val="00F14F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02AA25"/>
  <w14:defaultImageDpi w14:val="300"/>
  <w15:docId w15:val="{D59A1411-1606-4D6E-9960-7682C51B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Nemanja Jakonic</cp:lastModifiedBy>
  <cp:revision>3</cp:revision>
  <dcterms:created xsi:type="dcterms:W3CDTF">2026-07-06T11:33:00Z</dcterms:created>
  <dcterms:modified xsi:type="dcterms:W3CDTF">2026-07-07T11:20:00Z</dcterms:modified>
  <cp:category/>
</cp:coreProperties>
</file>